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3402"/>
      </w:tblGrid>
      <w:tr w:rsidR="00A84105" w14:paraId="731ECB3B" w14:textId="77777777">
        <w:trPr>
          <w:jc w:val="center"/>
        </w:trPr>
        <w:tc>
          <w:tcPr>
            <w:tcW w:w="2268" w:type="dxa"/>
            <w:vAlign w:val="center"/>
          </w:tcPr>
          <w:p w14:paraId="2CAE44EE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FDD683" wp14:editId="7C1B4B55">
                  <wp:extent cx="972000" cy="680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w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8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vAlign w:val="center"/>
          </w:tcPr>
          <w:p w14:paraId="34972F76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2603B9" wp14:editId="5369B62F">
                  <wp:extent cx="936000" cy="93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GiMKozieglowy1280x128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270482E8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F0B15" wp14:editId="39D8EE95">
                  <wp:extent cx="1835999" cy="10327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2S3R7ROeXw92X9kqhrrc0CctQCWBHYgBd1v5fRUVwCDJVkurvVNIMjBGELWwpHJQHGvzPnPHyMX_1oZ_XA3JqDmTK2Y7i7il_cqykL7LXRowoGaBTCKq2Ib9fENEfzAoGfoS85qbsHEjYWi4Qdzfe4UkXbQQFW_SXFhb8bE1yLT3WO78D92CMuuISTgegg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99" cy="103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7852D" w14:textId="46A15094" w:rsidR="00A84105" w:rsidRDefault="0045690D">
      <w:pPr>
        <w:spacing w:after="0"/>
        <w:jc w:val="center"/>
      </w:pPr>
      <w:r>
        <w:rPr>
          <w:b/>
          <w:sz w:val="17"/>
        </w:rPr>
        <w:t>ZADANIE PUBLICZNE DOFINANSOWANO ZE ŚRODKÓW RZĄDOWEGO PROGRAMU WIELOLETNIEGO NA RZECZ OSÓB STARSZYCH „AKTYWNI SENIORZY - ASY”, NA LATA 2026-2030, PRIORYTET IV, EDYCJA 2026</w:t>
      </w:r>
    </w:p>
    <w:p w14:paraId="416CFB2B" w14:textId="77777777" w:rsidR="00A84105" w:rsidRDefault="00000000">
      <w:pPr>
        <w:pStyle w:val="Tytu"/>
        <w:spacing w:after="0"/>
        <w:jc w:val="center"/>
      </w:pPr>
      <w:r>
        <w:t>FORMULARZ ZGŁOSZENIOWY DZIECKA</w:t>
      </w:r>
    </w:p>
    <w:p w14:paraId="0CEC8926" w14:textId="77777777" w:rsidR="00A84105" w:rsidRDefault="00000000">
      <w:pPr>
        <w:spacing w:after="0"/>
        <w:jc w:val="center"/>
      </w:pPr>
      <w:r>
        <w:rPr>
          <w:b/>
          <w:sz w:val="22"/>
        </w:rPr>
        <w:t>Międzypokoleniowe warsztaty teatralno-muzyczne „Zanim przyjdzie Mikołaj…”</w:t>
      </w:r>
    </w:p>
    <w:p w14:paraId="69563930" w14:textId="77777777" w:rsidR="00A84105" w:rsidRDefault="00000000">
      <w:pPr>
        <w:spacing w:after="0"/>
        <w:jc w:val="center"/>
      </w:pPr>
      <w:r>
        <w:rPr>
          <w:b/>
        </w:rPr>
        <w:t>Projekt „Koziegłowskie ASY – Senior Camp 60+” | wrzesień–listopad 2026 r.</w:t>
      </w:r>
    </w:p>
    <w:p w14:paraId="2BDCE418" w14:textId="77777777" w:rsidR="00A84105" w:rsidRDefault="00000000">
      <w:pPr>
        <w:pStyle w:val="Nagwek1"/>
      </w:pPr>
      <w:r>
        <w:t>I. DANE DZIECKA</w:t>
      </w:r>
    </w:p>
    <w:p w14:paraId="542737A5" w14:textId="77777777" w:rsidR="00A84105" w:rsidRDefault="00000000">
      <w:pPr>
        <w:spacing w:after="40"/>
      </w:pPr>
      <w:r>
        <w:rPr>
          <w:sz w:val="19"/>
        </w:rPr>
        <w:t>Imię i nazwisko:  ......................................................................</w:t>
      </w:r>
    </w:p>
    <w:p w14:paraId="7F8EA75A" w14:textId="77777777" w:rsidR="00A84105" w:rsidRDefault="00000000">
      <w:pPr>
        <w:spacing w:after="40"/>
      </w:pPr>
      <w:r>
        <w:rPr>
          <w:sz w:val="19"/>
        </w:rPr>
        <w:t>Data urodzenia:  ......................................................................</w:t>
      </w:r>
    </w:p>
    <w:p w14:paraId="1EB735E9" w14:textId="77777777" w:rsidR="00A84105" w:rsidRDefault="00000000">
      <w:pPr>
        <w:spacing w:after="40"/>
      </w:pPr>
      <w:r>
        <w:rPr>
          <w:sz w:val="19"/>
        </w:rPr>
        <w:t>Adres zamieszkania:  ......................................................................</w:t>
      </w:r>
    </w:p>
    <w:p w14:paraId="759BFC31" w14:textId="77777777" w:rsidR="00A84105" w:rsidRDefault="00000000">
      <w:pPr>
        <w:spacing w:after="40"/>
      </w:pPr>
      <w:r>
        <w:rPr>
          <w:sz w:val="19"/>
        </w:rPr>
        <w:t>Gmina:  ......................................................................</w:t>
      </w:r>
    </w:p>
    <w:p w14:paraId="7C26C7C0" w14:textId="77777777" w:rsidR="00A84105" w:rsidRDefault="00000000">
      <w:pPr>
        <w:spacing w:after="40"/>
      </w:pPr>
      <w:r>
        <w:rPr>
          <w:sz w:val="19"/>
        </w:rPr>
        <w:t>Szkoła:  ......................................................................</w:t>
      </w:r>
    </w:p>
    <w:p w14:paraId="76CA1CF0" w14:textId="77777777" w:rsidR="00A84105" w:rsidRDefault="00000000">
      <w:pPr>
        <w:spacing w:after="40"/>
      </w:pPr>
      <w:r>
        <w:rPr>
          <w:sz w:val="19"/>
        </w:rPr>
        <w:t>Klasa:  ......................................................................</w:t>
      </w:r>
    </w:p>
    <w:p w14:paraId="42C51DB2" w14:textId="77777777" w:rsidR="00A84105" w:rsidRDefault="00000000">
      <w:pPr>
        <w:pStyle w:val="Nagwek1"/>
      </w:pPr>
      <w:r>
        <w:t>II. DANE RODZICA / OPIEKUNA PRAWNEGO</w:t>
      </w:r>
    </w:p>
    <w:p w14:paraId="1F110EE8" w14:textId="77777777" w:rsidR="00A84105" w:rsidRDefault="00000000">
      <w:pPr>
        <w:spacing w:after="40"/>
      </w:pPr>
      <w:r>
        <w:rPr>
          <w:sz w:val="19"/>
        </w:rPr>
        <w:t>Imię i nazwisko:  ......................................................................</w:t>
      </w:r>
    </w:p>
    <w:p w14:paraId="6C759A91" w14:textId="77777777" w:rsidR="00A84105" w:rsidRDefault="00000000">
      <w:pPr>
        <w:spacing w:after="40"/>
      </w:pPr>
      <w:r>
        <w:rPr>
          <w:sz w:val="19"/>
        </w:rPr>
        <w:t>Numer telefonu:  ......................................................................</w:t>
      </w:r>
    </w:p>
    <w:p w14:paraId="76B7A708" w14:textId="77777777" w:rsidR="00A84105" w:rsidRDefault="00000000">
      <w:pPr>
        <w:spacing w:after="40"/>
      </w:pPr>
      <w:r>
        <w:rPr>
          <w:sz w:val="19"/>
        </w:rPr>
        <w:t>Adres e-mail (jeżeli posiada):  ......................................................................</w:t>
      </w:r>
    </w:p>
    <w:p w14:paraId="7E8FCF92" w14:textId="77777777" w:rsidR="00A84105" w:rsidRDefault="00000000">
      <w:pPr>
        <w:pStyle w:val="Nagwek1"/>
      </w:pPr>
      <w:r>
        <w:t>III. KRYTERIA UDZIAŁU</w:t>
      </w:r>
    </w:p>
    <w:p w14:paraId="6E1B0301" w14:textId="77777777" w:rsidR="00A84105" w:rsidRDefault="00000000">
      <w:pPr>
        <w:spacing w:after="40"/>
      </w:pPr>
      <w:r>
        <w:t>☐ Dziecko jest w wieku szkolnym.</w:t>
      </w:r>
    </w:p>
    <w:p w14:paraId="1D4F3E05" w14:textId="77777777" w:rsidR="00A84105" w:rsidRDefault="00000000">
      <w:pPr>
        <w:spacing w:after="40"/>
      </w:pPr>
      <w:r>
        <w:t>☐ Dziecko zamieszkuje na terenie województwa śląskiego.</w:t>
      </w:r>
    </w:p>
    <w:p w14:paraId="040AF4A7" w14:textId="77777777" w:rsidR="00A84105" w:rsidRDefault="00000000">
      <w:pPr>
        <w:spacing w:after="40"/>
      </w:pPr>
      <w:r>
        <w:t>☐ Dziecko zamieszkuje na terenie gminy wiejskiej i/lub miejsko-wiejskiej.</w:t>
      </w:r>
    </w:p>
    <w:p w14:paraId="33584BF0" w14:textId="77777777" w:rsidR="00A84105" w:rsidRDefault="00000000">
      <w:pPr>
        <w:spacing w:after="40"/>
      </w:pPr>
      <w:r>
        <w:t>☐ Dziecko jest mieszkańcem/mieszkanką Gminy i Miasta Koziegłowy.</w:t>
      </w:r>
    </w:p>
    <w:p w14:paraId="5D66028A" w14:textId="77777777" w:rsidR="00A84105" w:rsidRDefault="00000000">
      <w:pPr>
        <w:spacing w:after="40"/>
      </w:pPr>
      <w:r>
        <w:t>☐ Wyrażam gotowość do regularnego udziału dziecka w zajęciach od września do listopada 2026 r.</w:t>
      </w:r>
    </w:p>
    <w:p w14:paraId="2D7C457F" w14:textId="77777777" w:rsidR="00A84105" w:rsidRDefault="00000000">
      <w:pPr>
        <w:spacing w:after="0"/>
      </w:pPr>
      <w:r>
        <w:rPr>
          <w:b/>
        </w:rPr>
        <w:t xml:space="preserve">Liczba miejsc dla dzieci: 10. </w:t>
      </w:r>
      <w:r>
        <w:t>Złożenie formularza nie jest równoznaczne z zakwalifikowaniem do projektu.</w:t>
      </w:r>
    </w:p>
    <w:p w14:paraId="1382D90E" w14:textId="77777777" w:rsidR="00A84105" w:rsidRDefault="00000000">
      <w:pPr>
        <w:spacing w:after="0"/>
      </w:pPr>
      <w:r>
        <w:br/>
        <w:t>Koziegłowy, dnia ........................................ 2026 r.</w:t>
      </w:r>
    </w:p>
    <w:p w14:paraId="1DCD9F3E" w14:textId="77777777" w:rsidR="00A84105" w:rsidRDefault="00000000">
      <w:pPr>
        <w:spacing w:after="0"/>
        <w:jc w:val="right"/>
      </w:pPr>
      <w:r>
        <w:t>................................................................................</w:t>
      </w:r>
      <w:r>
        <w:br/>
      </w:r>
      <w:r>
        <w:rPr>
          <w:i/>
        </w:rPr>
        <w:t>czytelny podpis rodzica/opiekuna prawnego</w:t>
      </w:r>
    </w:p>
    <w:p w14:paraId="7462C6FE" w14:textId="77777777" w:rsidR="00A84105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3402"/>
      </w:tblGrid>
      <w:tr w:rsidR="00A84105" w14:paraId="6F6B00FF" w14:textId="77777777">
        <w:trPr>
          <w:jc w:val="center"/>
        </w:trPr>
        <w:tc>
          <w:tcPr>
            <w:tcW w:w="2268" w:type="dxa"/>
            <w:vAlign w:val="center"/>
          </w:tcPr>
          <w:p w14:paraId="0C78E454" w14:textId="77777777" w:rsidR="00A84105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245AEAF" wp14:editId="564B4045">
                  <wp:extent cx="972000" cy="680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w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8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vAlign w:val="center"/>
          </w:tcPr>
          <w:p w14:paraId="14DC2D48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ED88F6" wp14:editId="76ABFC70">
                  <wp:extent cx="936000" cy="936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GiMKozieglowy1280x128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5DC1D090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0041EF" wp14:editId="07EE415F">
                  <wp:extent cx="1835999" cy="103274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2S3R7ROeXw92X9kqhrrc0CctQCWBHYgBd1v5fRUVwCDJVkurvVNIMjBGELWwpHJQHGvzPnPHyMX_1oZ_XA3JqDmTK2Y7i7il_cqykL7LXRowoGaBTCKq2Ib9fENEfzAoGfoS85qbsHEjYWi4Qdzfe4UkXbQQFW_SXFhb8bE1yLT3WO78D92CMuuISTgegg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99" cy="103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122AEC" w14:textId="64FE99BB" w:rsidR="00A84105" w:rsidRDefault="0045690D">
      <w:pPr>
        <w:spacing w:after="0"/>
        <w:jc w:val="center"/>
      </w:pPr>
      <w:r>
        <w:rPr>
          <w:b/>
          <w:sz w:val="17"/>
        </w:rPr>
        <w:t>ZADANIE PUBLICZNE DOFINANSOWANO ZE ŚRODKÓW RZĄDOWEGO PROGRAMU WIELOLETNIEGO NA RZECZ OSÓB STARSZYCH „AKTYWNI SENIORZY - ASY”, NA LATA 2026-2030, PRIORYTET IV, EDYCJA 2026</w:t>
      </w:r>
    </w:p>
    <w:p w14:paraId="0F059C58" w14:textId="77777777" w:rsidR="00A84105" w:rsidRDefault="00000000">
      <w:pPr>
        <w:pStyle w:val="Tytu"/>
        <w:spacing w:after="0"/>
        <w:jc w:val="center"/>
      </w:pPr>
      <w:r>
        <w:t>ZGODA RODZICA / OPIEKUNA PRAWNEGO</w:t>
      </w:r>
    </w:p>
    <w:p w14:paraId="654B9224" w14:textId="77777777" w:rsidR="00A84105" w:rsidRDefault="00000000">
      <w:pPr>
        <w:spacing w:after="0"/>
        <w:jc w:val="center"/>
      </w:pPr>
      <w:r>
        <w:rPr>
          <w:b/>
          <w:sz w:val="22"/>
        </w:rPr>
        <w:t>na udział dziecka w projekcie</w:t>
      </w:r>
    </w:p>
    <w:p w14:paraId="6364006E" w14:textId="77777777" w:rsidR="0045690D" w:rsidRDefault="00000000">
      <w:pPr>
        <w:spacing w:after="60"/>
        <w:rPr>
          <w:b/>
        </w:rPr>
      </w:pPr>
      <w:r>
        <w:rPr>
          <w:b/>
        </w:rPr>
        <w:t xml:space="preserve">Imię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nazwisko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rodzica</w:t>
      </w:r>
      <w:proofErr w:type="spellEnd"/>
      <w:r>
        <w:rPr>
          <w:b/>
        </w:rPr>
        <w:t>/</w:t>
      </w:r>
      <w:proofErr w:type="spellStart"/>
      <w:r>
        <w:rPr>
          <w:b/>
        </w:rPr>
        <w:t>opiekuna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prawnego</w:t>
      </w:r>
      <w:proofErr w:type="spellEnd"/>
      <w:r>
        <w:rPr>
          <w:b/>
        </w:rPr>
        <w:t>:</w:t>
      </w:r>
    </w:p>
    <w:p w14:paraId="1F32556F" w14:textId="06B4DBE1" w:rsidR="00A84105" w:rsidRDefault="00000000">
      <w:pPr>
        <w:spacing w:after="60"/>
      </w:pPr>
      <w:r>
        <w:br/>
        <w:t>............................................................................................</w:t>
      </w:r>
    </w:p>
    <w:p w14:paraId="69043B71" w14:textId="77777777" w:rsidR="00A84105" w:rsidRDefault="00000000">
      <w:pPr>
        <w:spacing w:after="60"/>
      </w:pPr>
      <w:r>
        <w:rPr>
          <w:b/>
        </w:rPr>
        <w:t>Imię i nazwisko dziecka:</w:t>
      </w:r>
      <w:r>
        <w:br/>
        <w:t>............................................................................................</w:t>
      </w:r>
    </w:p>
    <w:p w14:paraId="62696020" w14:textId="5C4B6221" w:rsidR="00A84105" w:rsidRDefault="00000000">
      <w:pPr>
        <w:spacing w:after="0"/>
      </w:pPr>
      <w:r>
        <w:t>Wyrażam zgodę na udział mojego dziecka w cyklu  międzypokoleniowych warsztatów teatralno-muzycznych realizowanych od września do listopada 2026 r. w ramach projektu „Koziegłowskie ASY – Senior Camp 60+”.</w:t>
      </w:r>
    </w:p>
    <w:p w14:paraId="7F99920C" w14:textId="77777777" w:rsidR="00A84105" w:rsidRDefault="00000000">
      <w:pPr>
        <w:spacing w:after="0"/>
      </w:pPr>
      <w:r>
        <w:t>Warsztaty obejmują zajęcia teatralne, muzyczne i plastyczne, wspólne przygotowanie scenografii, rekwizytów i elementów kostiumów oraz udział w próbach i wydarzeniu finałowym – przedstawieniu „Zanim przyjdzie Mikołaj…”.</w:t>
      </w:r>
    </w:p>
    <w:p w14:paraId="4184E22D" w14:textId="77777777" w:rsidR="00A84105" w:rsidRDefault="00000000">
      <w:pPr>
        <w:spacing w:after="0"/>
      </w:pPr>
      <w:r>
        <w:t>Przyjmuję do wiadomości, że udział w projekcie jest bezpłatny oraz że zajęcia mają charakter międzypokoleniowy i będą prowadzone wspólnie z seniorami uczestniczącymi w projekcie.</w:t>
      </w:r>
    </w:p>
    <w:p w14:paraId="21E5B017" w14:textId="77777777" w:rsidR="00A84105" w:rsidRDefault="00000000">
      <w:pPr>
        <w:spacing w:after="40"/>
      </w:pPr>
      <w:r>
        <w:t>☐ Wyrażam zgodę na udział dziecka w warsztatach, próbach i wydarzeniu finałowym.</w:t>
      </w:r>
    </w:p>
    <w:p w14:paraId="03A130BC" w14:textId="77777777" w:rsidR="00A84105" w:rsidRDefault="00000000">
      <w:pPr>
        <w:spacing w:after="40"/>
      </w:pPr>
      <w:r>
        <w:t>☐ Potwierdzam, że podane przeze mnie informacje są zgodne ze stanem faktycznym.</w:t>
      </w:r>
    </w:p>
    <w:p w14:paraId="59D74F9F" w14:textId="77777777" w:rsidR="00A84105" w:rsidRDefault="00000000">
      <w:pPr>
        <w:spacing w:after="0"/>
      </w:pPr>
      <w:r>
        <w:br/>
        <w:t>Koziegłowy, dnia ........................................ 2026 r.</w:t>
      </w:r>
    </w:p>
    <w:p w14:paraId="341670DC" w14:textId="77777777" w:rsidR="00A84105" w:rsidRDefault="00000000">
      <w:pPr>
        <w:spacing w:after="0"/>
        <w:jc w:val="right"/>
      </w:pPr>
      <w:r>
        <w:t>................................................................................</w:t>
      </w:r>
      <w:r>
        <w:br/>
      </w:r>
      <w:r>
        <w:rPr>
          <w:i/>
        </w:rPr>
        <w:t>czytelny podpis rodzica/opiekuna prawnego</w:t>
      </w:r>
    </w:p>
    <w:p w14:paraId="5BF4898D" w14:textId="77777777" w:rsidR="00A84105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3402"/>
      </w:tblGrid>
      <w:tr w:rsidR="00A84105" w14:paraId="265F3246" w14:textId="77777777">
        <w:trPr>
          <w:jc w:val="center"/>
        </w:trPr>
        <w:tc>
          <w:tcPr>
            <w:tcW w:w="2268" w:type="dxa"/>
            <w:vAlign w:val="center"/>
          </w:tcPr>
          <w:p w14:paraId="4F4DDA10" w14:textId="77777777" w:rsidR="00A84105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A4EA14B" wp14:editId="158E948A">
                  <wp:extent cx="972000" cy="6804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w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8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vAlign w:val="center"/>
          </w:tcPr>
          <w:p w14:paraId="78B36A9B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E520E4" wp14:editId="062B8B7F">
                  <wp:extent cx="936000" cy="936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GiMKozieglowy1280x128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160DB180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93313F" wp14:editId="5CD51ADF">
                  <wp:extent cx="1835999" cy="103274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2S3R7ROeXw92X9kqhrrc0CctQCWBHYgBd1v5fRUVwCDJVkurvVNIMjBGELWwpHJQHGvzPnPHyMX_1oZ_XA3JqDmTK2Y7i7il_cqykL7LXRowoGaBTCKq2Ib9fENEfzAoGfoS85qbsHEjYWi4Qdzfe4UkXbQQFW_SXFhb8bE1yLT3WO78D92CMuuISTgegg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99" cy="103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1878CE" w14:textId="77375C39" w:rsidR="00A84105" w:rsidRDefault="0045690D">
      <w:pPr>
        <w:spacing w:after="0"/>
        <w:jc w:val="center"/>
      </w:pPr>
      <w:r>
        <w:rPr>
          <w:b/>
          <w:sz w:val="17"/>
        </w:rPr>
        <w:t>ZADANIE PUBLICZNE DOFINANSOWANO ZE ŚRODKÓW RZĄDOWEGO PROGRAMU WIELOLETNIEGO NA RZECZ OSÓB STARSZYCH „AKTYWNI SENIORZY - ASY”, NA LATA 2026-2030, PRIORYTET IV, EDYCJA 2026</w:t>
      </w:r>
    </w:p>
    <w:p w14:paraId="1EDF345B" w14:textId="77777777" w:rsidR="00A84105" w:rsidRDefault="00000000">
      <w:pPr>
        <w:pStyle w:val="Tytu"/>
        <w:spacing w:after="0"/>
        <w:jc w:val="center"/>
      </w:pPr>
      <w:r>
        <w:t>INFORMACJA O ZDROWIU I BEZPIECZEŃSTWIE DZIECKA</w:t>
      </w:r>
    </w:p>
    <w:p w14:paraId="73E83F67" w14:textId="77777777" w:rsidR="00A84105" w:rsidRDefault="00000000">
      <w:pPr>
        <w:spacing w:after="60"/>
      </w:pPr>
      <w:r>
        <w:rPr>
          <w:b/>
        </w:rPr>
        <w:t>Imię i nazwisko dziecka:</w:t>
      </w:r>
      <w:r>
        <w:br/>
        <w:t>............................................................................................</w:t>
      </w:r>
    </w:p>
    <w:p w14:paraId="2FD54309" w14:textId="77777777" w:rsidR="00A84105" w:rsidRDefault="00000000">
      <w:pPr>
        <w:spacing w:after="0"/>
      </w:pPr>
      <w:r>
        <w:t>Oświadczam, że według mojej wiedzy stan zdrowia dziecka pozwala na udział w zajęciach teatralnych, muzycznych, plastycznych oraz elementach ruchu scenicznego przewidzianych w projekcie.</w:t>
      </w:r>
    </w:p>
    <w:p w14:paraId="23798A69" w14:textId="77777777" w:rsidR="00A84105" w:rsidRDefault="00000000">
      <w:pPr>
        <w:pStyle w:val="Nagwek2"/>
      </w:pPr>
      <w:r>
        <w:t>Informacje istotne dla bezpieczeństwa dziecka (np. alergie, choroby, ograniczenia, inne ważne informacje):</w:t>
      </w:r>
    </w:p>
    <w:p w14:paraId="08BFA555" w14:textId="77777777" w:rsidR="00A84105" w:rsidRDefault="00000000">
      <w:pPr>
        <w:spacing w:after="0"/>
      </w:pPr>
      <w:r>
        <w:t>................................................................................................................</w:t>
      </w:r>
    </w:p>
    <w:p w14:paraId="3B36506C" w14:textId="77777777" w:rsidR="00A84105" w:rsidRDefault="00000000">
      <w:pPr>
        <w:spacing w:after="0"/>
      </w:pPr>
      <w:r>
        <w:t>................................................................................................................</w:t>
      </w:r>
    </w:p>
    <w:p w14:paraId="2DB80EF6" w14:textId="77777777" w:rsidR="00A84105" w:rsidRDefault="00000000">
      <w:pPr>
        <w:spacing w:after="0"/>
      </w:pPr>
      <w:r>
        <w:t>................................................................................................................</w:t>
      </w:r>
    </w:p>
    <w:p w14:paraId="0922B109" w14:textId="77777777" w:rsidR="00A84105" w:rsidRDefault="00000000">
      <w:pPr>
        <w:spacing w:after="0"/>
      </w:pPr>
      <w:r>
        <w:t>................................................................................................................</w:t>
      </w:r>
    </w:p>
    <w:p w14:paraId="12EE6C8E" w14:textId="77777777" w:rsidR="00A84105" w:rsidRDefault="00000000">
      <w:pPr>
        <w:spacing w:after="40"/>
      </w:pPr>
      <w:r>
        <w:t>☐ Brak szczególnych informacji dotyczących zdrowia dziecka, które wymagają przekazania organizatorowi.</w:t>
      </w:r>
    </w:p>
    <w:p w14:paraId="5FC74599" w14:textId="77777777" w:rsidR="00A84105" w:rsidRDefault="00000000">
      <w:pPr>
        <w:spacing w:after="60"/>
      </w:pPr>
      <w:r>
        <w:rPr>
          <w:b/>
        </w:rPr>
        <w:t>Telefon do rodzica/opiekuna w nagłym przypadku:</w:t>
      </w:r>
      <w:r>
        <w:br/>
        <w:t>............................................................................................</w:t>
      </w:r>
    </w:p>
    <w:p w14:paraId="7AC5D964" w14:textId="77777777" w:rsidR="00A84105" w:rsidRDefault="00000000">
      <w:pPr>
        <w:spacing w:after="0"/>
      </w:pPr>
      <w:r>
        <w:br/>
        <w:t>Koziegłowy, dnia ........................................ 2026 r.</w:t>
      </w:r>
    </w:p>
    <w:p w14:paraId="1331D73A" w14:textId="77777777" w:rsidR="00A84105" w:rsidRDefault="00000000">
      <w:pPr>
        <w:spacing w:after="0"/>
        <w:jc w:val="right"/>
      </w:pPr>
      <w:r>
        <w:t>................................................................................</w:t>
      </w:r>
      <w:r>
        <w:br/>
      </w:r>
      <w:r>
        <w:rPr>
          <w:i/>
        </w:rPr>
        <w:t>czytelny podpis rodzica/opiekuna prawnego</w:t>
      </w:r>
    </w:p>
    <w:p w14:paraId="7A1A9652" w14:textId="77777777" w:rsidR="00A84105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3402"/>
      </w:tblGrid>
      <w:tr w:rsidR="00A84105" w14:paraId="0C5457F4" w14:textId="77777777">
        <w:trPr>
          <w:jc w:val="center"/>
        </w:trPr>
        <w:tc>
          <w:tcPr>
            <w:tcW w:w="2268" w:type="dxa"/>
            <w:vAlign w:val="center"/>
          </w:tcPr>
          <w:p w14:paraId="6905C837" w14:textId="77777777" w:rsidR="00A84105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674C6CF" wp14:editId="78FBDF51">
                  <wp:extent cx="972000" cy="6804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w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8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vAlign w:val="center"/>
          </w:tcPr>
          <w:p w14:paraId="1DDECCB6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B32AD2" wp14:editId="017EB8FF">
                  <wp:extent cx="936000" cy="936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GiMKozieglowy1280x128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76016B8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8BC81B" wp14:editId="0E8899DE">
                  <wp:extent cx="1835999" cy="1032749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2S3R7ROeXw92X9kqhrrc0CctQCWBHYgBd1v5fRUVwCDJVkurvVNIMjBGELWwpHJQHGvzPnPHyMX_1oZ_XA3JqDmTK2Y7i7il_cqykL7LXRowoGaBTCKq2Ib9fENEfzAoGfoS85qbsHEjYWi4Qdzfe4UkXbQQFW_SXFhb8bE1yLT3WO78D92CMuuISTgegg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99" cy="103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BEED95" w14:textId="418EBE38" w:rsidR="00A84105" w:rsidRDefault="0045690D">
      <w:pPr>
        <w:spacing w:after="0"/>
        <w:jc w:val="center"/>
      </w:pPr>
      <w:r>
        <w:rPr>
          <w:b/>
          <w:sz w:val="17"/>
        </w:rPr>
        <w:t>ZADANIE PUBLICZNE DOFINANSOWANO ZE ŚRODKÓW RZĄDOWEGO PROGRAMU WIELOLETNIEGO NA RZECZ OSÓB STARSZYCH „AKTYWNI SENIORZY - ASY”, NA LATA 2026-2030, PRIORYTET IV, EDYCJA 2026</w:t>
      </w:r>
    </w:p>
    <w:p w14:paraId="29AD1A9D" w14:textId="77777777" w:rsidR="00A84105" w:rsidRDefault="00000000">
      <w:pPr>
        <w:pStyle w:val="Tytu"/>
        <w:spacing w:after="0"/>
        <w:jc w:val="center"/>
      </w:pPr>
      <w:r>
        <w:t>ZGODA NA UTRWALANIE I WYKORZYSTANIE WIZERUNKU DZIECKA</w:t>
      </w:r>
    </w:p>
    <w:p w14:paraId="70E2B653" w14:textId="77777777" w:rsidR="00A84105" w:rsidRDefault="00000000">
      <w:pPr>
        <w:spacing w:after="60"/>
      </w:pPr>
      <w:r>
        <w:rPr>
          <w:b/>
        </w:rPr>
        <w:t>Imię i nazwisko rodzica/opiekuna prawnego:</w:t>
      </w:r>
      <w:r>
        <w:br/>
        <w:t>............................................................................................</w:t>
      </w:r>
    </w:p>
    <w:p w14:paraId="44797E52" w14:textId="77777777" w:rsidR="00A84105" w:rsidRDefault="00000000">
      <w:pPr>
        <w:spacing w:after="60"/>
      </w:pPr>
      <w:r>
        <w:rPr>
          <w:b/>
        </w:rPr>
        <w:t>Imię i nazwisko dziecka:</w:t>
      </w:r>
      <w:r>
        <w:br/>
        <w:t>............................................................................................</w:t>
      </w:r>
    </w:p>
    <w:p w14:paraId="03EFE67C" w14:textId="77777777" w:rsidR="00A84105" w:rsidRDefault="00000000">
      <w:pPr>
        <w:spacing w:after="0"/>
      </w:pPr>
      <w:r>
        <w:t>W związku z realizacją projektu „Koziegłowskie ASY – Senior Camp 60+” wyrażam / nie wyrażam zgody na nieodpłatne utrwalanie oraz wykorzystywanie wizerunku mojego dziecka zarejestrowanego podczas warsztatów, prób i wydarzenia finałowego, w celach dokumentacyjnych, informacyjnych i promocyjnych związanych z realizacją projektu.</w:t>
      </w:r>
    </w:p>
    <w:p w14:paraId="2569DC98" w14:textId="77777777" w:rsidR="00A84105" w:rsidRDefault="00000000">
      <w:pPr>
        <w:spacing w:after="0"/>
      </w:pPr>
      <w:r>
        <w:t>Zgoda może obejmować publikację zdjęć i nagrań w materiałach informacyjnych i promocyjnych projektu, na stronach internetowych i w mediach społecznościowych Realizatora oraz podmiotów uprawnionych do informowania o realizacji i dofinansowaniu zadania.</w:t>
      </w:r>
    </w:p>
    <w:p w14:paraId="694079E0" w14:textId="77777777" w:rsidR="00A84105" w:rsidRDefault="00000000">
      <w:pPr>
        <w:spacing w:after="40"/>
      </w:pPr>
      <w:r>
        <w:t>☐ WYRAŻAM ZGODĘ</w:t>
      </w:r>
    </w:p>
    <w:p w14:paraId="69906B3A" w14:textId="77777777" w:rsidR="00A84105" w:rsidRDefault="00000000">
      <w:pPr>
        <w:spacing w:after="40"/>
      </w:pPr>
      <w:r>
        <w:t>☐ NIE WYRAŻAM ZGODY</w:t>
      </w:r>
    </w:p>
    <w:p w14:paraId="646E7CA4" w14:textId="77777777" w:rsidR="00A84105" w:rsidRDefault="00000000">
      <w:pPr>
        <w:spacing w:after="0"/>
      </w:pPr>
      <w:r>
        <w:t>Zgoda na wizerunek jest dobrowolna. Brak zgody nie wyklucza dziecka z udziału w projekcie.</w:t>
      </w:r>
    </w:p>
    <w:p w14:paraId="7DB080FB" w14:textId="77777777" w:rsidR="00A84105" w:rsidRDefault="00000000">
      <w:pPr>
        <w:spacing w:after="0"/>
      </w:pPr>
      <w:r>
        <w:br/>
        <w:t>Koziegłowy, dnia ........................................ 2026 r.</w:t>
      </w:r>
    </w:p>
    <w:p w14:paraId="7751227A" w14:textId="77777777" w:rsidR="00A84105" w:rsidRDefault="00000000">
      <w:pPr>
        <w:spacing w:after="0"/>
        <w:jc w:val="right"/>
      </w:pPr>
      <w:r>
        <w:t>................................................................................</w:t>
      </w:r>
      <w:r>
        <w:br/>
      </w:r>
      <w:r>
        <w:rPr>
          <w:i/>
        </w:rPr>
        <w:t>czytelny podpis rodzica/opiekuna prawnego</w:t>
      </w:r>
    </w:p>
    <w:p w14:paraId="7EA4A7EA" w14:textId="77777777" w:rsidR="00A84105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3402"/>
      </w:tblGrid>
      <w:tr w:rsidR="00A84105" w14:paraId="34B034C2" w14:textId="77777777">
        <w:trPr>
          <w:jc w:val="center"/>
        </w:trPr>
        <w:tc>
          <w:tcPr>
            <w:tcW w:w="2268" w:type="dxa"/>
            <w:vAlign w:val="center"/>
          </w:tcPr>
          <w:p w14:paraId="0DCAB71E" w14:textId="77777777" w:rsidR="00A84105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9838170" wp14:editId="35096A79">
                  <wp:extent cx="972000" cy="6804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w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8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vAlign w:val="center"/>
          </w:tcPr>
          <w:p w14:paraId="34DFBE29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46740E" wp14:editId="3ADF1D98">
                  <wp:extent cx="936000" cy="936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GiMKozieglowy1280x128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68EF095" w14:textId="77777777" w:rsidR="00A8410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F2843" wp14:editId="55385639">
                  <wp:extent cx="1835999" cy="1032749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2S3R7ROeXw92X9kqhrrc0CctQCWBHYgBd1v5fRUVwCDJVkurvVNIMjBGELWwpHJQHGvzPnPHyMX_1oZ_XA3JqDmTK2Y7i7il_cqykL7LXRowoGaBTCKq2Ib9fENEfzAoGfoS85qbsHEjYWi4Qdzfe4UkXbQQFW_SXFhb8bE1yLT3WO78D92CMuuISTgegg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99" cy="103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4CBE5" w14:textId="3347D40E" w:rsidR="00A84105" w:rsidRDefault="0045690D">
      <w:pPr>
        <w:spacing w:after="0"/>
        <w:jc w:val="center"/>
      </w:pPr>
      <w:r>
        <w:rPr>
          <w:b/>
          <w:sz w:val="17"/>
        </w:rPr>
        <w:t>ZADANIE PUBLICZNE DOFINANSOWANO ZE ŚRODKÓW RZĄDOWEGO PROGRAMU WIELOLETNIEGO NA RZECZ OSÓB STARSZYCH „AKTYWNI SENIORZY - ASY”, NA LATA 2026-2030, PRIORYTET IV, EDYCJA 2026</w:t>
      </w:r>
    </w:p>
    <w:p w14:paraId="726EECBA" w14:textId="77777777" w:rsidR="00A84105" w:rsidRDefault="00000000">
      <w:pPr>
        <w:pStyle w:val="Tytu"/>
        <w:spacing w:after="0"/>
        <w:jc w:val="center"/>
      </w:pPr>
      <w:r>
        <w:t>KLAUZULA INFORMACYJNA RODO</w:t>
      </w:r>
    </w:p>
    <w:p w14:paraId="247C81ED" w14:textId="77777777" w:rsidR="00A84105" w:rsidRDefault="00000000">
      <w:pPr>
        <w:spacing w:after="0"/>
        <w:jc w:val="center"/>
      </w:pPr>
      <w:r>
        <w:rPr>
          <w:b/>
          <w:sz w:val="22"/>
        </w:rPr>
        <w:t>dla rodzica/opiekuna prawnego i uczestnika małoletniego</w:t>
      </w:r>
    </w:p>
    <w:p w14:paraId="5791195E" w14:textId="77777777" w:rsidR="00A84105" w:rsidRDefault="00000000">
      <w:pPr>
        <w:spacing w:after="0"/>
      </w:pPr>
      <w:r>
        <w:t>1. Administratorem danych osobowych przetwarzanych w dokumentacji rekrutacyjnej i projektowej jest Koziegłowski Uniwersytet Trzeciego Wieku. Kontakt z Administratorem: kutw1@tlen.pl.</w:t>
      </w:r>
    </w:p>
    <w:p w14:paraId="748714CB" w14:textId="77777777" w:rsidR="00A84105" w:rsidRDefault="00000000">
      <w:pPr>
        <w:spacing w:after="0"/>
      </w:pPr>
      <w:r>
        <w:t>2. Dane osobowe będą przetwarzane w celu przeprowadzenia rekrutacji, organizacji i dokumentowania udziału w projekcie, monitorowania rezultatów, sprawozdawczości, kontroli oraz rozliczenia zadania publicznego.</w:t>
      </w:r>
    </w:p>
    <w:p w14:paraId="7D35B44A" w14:textId="77777777" w:rsidR="00A84105" w:rsidRDefault="00000000">
      <w:pPr>
        <w:spacing w:after="0"/>
      </w:pPr>
      <w:r>
        <w:t>3. Zakres przetwarzanych danych obejmuje dane podane w formularzu i oświadczeniach. Dane dotyczące zdrowia, jeżeli zostaną podane, są zbierane wyłącznie w zakresie niezbędnym do zapewnienia bezpieczeństwa dziecka podczas zajęć.</w:t>
      </w:r>
    </w:p>
    <w:p w14:paraId="10528787" w14:textId="77777777" w:rsidR="00A84105" w:rsidRDefault="00000000">
      <w:pPr>
        <w:spacing w:after="0"/>
      </w:pPr>
      <w:r>
        <w:t>4. Dane będą przechowywane przez okres wymagany przepisami prawa oraz zasadami dokumentowania i rozliczania zadania publicznego. Dane przetwarzane na podstawie zgody będą przetwarzane do czasu jej wycofania, z uwzględnieniem zgodności z prawem przetwarzania dokonanego przed jej wycofaniem.</w:t>
      </w:r>
    </w:p>
    <w:p w14:paraId="4925F745" w14:textId="77777777" w:rsidR="00A84105" w:rsidRDefault="00000000">
      <w:pPr>
        <w:spacing w:after="0"/>
      </w:pPr>
      <w:r>
        <w:t>5. Odbiorcami danych mogą być podmioty uprawnione do kontroli, monitorowania i rozliczenia zadania oraz podmioty świadczące na rzecz Administratora usługi niezbędne do realizacji projektu, w zakresie wynikającym z przepisów i zawartych umów.</w:t>
      </w:r>
    </w:p>
    <w:p w14:paraId="508BF8DE" w14:textId="77777777" w:rsidR="00A84105" w:rsidRDefault="00000000">
      <w:pPr>
        <w:spacing w:after="0"/>
      </w:pPr>
      <w:r>
        <w:t>6. Osobie, której dane dotyczą, przysługują - w zakresie wynikającym z RODO - prawa dostępu do danych, ich sprostowania, usunięcia lub ograniczenia przetwarzania, a także prawo wniesienia skargi do Prezesa Urzędu Ochrony Danych Osobowych.</w:t>
      </w:r>
    </w:p>
    <w:p w14:paraId="24D73E95" w14:textId="77777777" w:rsidR="00A84105" w:rsidRDefault="00000000">
      <w:pPr>
        <w:spacing w:after="0"/>
      </w:pPr>
      <w:r>
        <w:t>7. Podanie danych wymaganych do rekrutacji i udziału w projekcie jest konieczne do rozpatrzenia zgłoszenia. Zgoda na wykorzystanie wizerunku jest dobrowolna i nie stanowi warunku udziału w projekcie.</w:t>
      </w:r>
    </w:p>
    <w:p w14:paraId="70889D1D" w14:textId="77777777" w:rsidR="00A84105" w:rsidRDefault="00000000">
      <w:pPr>
        <w:spacing w:after="0"/>
      </w:pPr>
      <w:r>
        <w:t>8. Dane nie będą wykorzystywane do zautomatyzowanego podejmowania decyzji ani profilowania.</w:t>
      </w:r>
    </w:p>
    <w:p w14:paraId="44004A36" w14:textId="77777777" w:rsidR="00A84105" w:rsidRDefault="00000000">
      <w:pPr>
        <w:spacing w:after="0"/>
      </w:pPr>
      <w:r>
        <w:br/>
        <w:t>Potwierdzam otrzymanie i zapoznanie się z powyższą informacją.</w:t>
      </w:r>
    </w:p>
    <w:p w14:paraId="5A2BCA04" w14:textId="77777777" w:rsidR="00A84105" w:rsidRDefault="00000000">
      <w:pPr>
        <w:spacing w:after="0"/>
      </w:pPr>
      <w:r>
        <w:br/>
        <w:t>Koziegłowy, dnia ........................................ 2026 r.</w:t>
      </w:r>
    </w:p>
    <w:p w14:paraId="5CF1D178" w14:textId="77777777" w:rsidR="00A84105" w:rsidRDefault="00000000">
      <w:pPr>
        <w:spacing w:after="0"/>
        <w:jc w:val="right"/>
      </w:pPr>
      <w:r>
        <w:t>................................................................................</w:t>
      </w:r>
      <w:r>
        <w:br/>
      </w:r>
      <w:r>
        <w:rPr>
          <w:i/>
        </w:rPr>
        <w:t>czytelny podpis rodzica/opiekuna prawnego</w:t>
      </w:r>
    </w:p>
    <w:sectPr w:rsidR="00A84105" w:rsidSect="0045690D">
      <w:footerReference w:type="default" r:id="rId11"/>
      <w:pgSz w:w="12240" w:h="15840"/>
      <w:pgMar w:top="709" w:right="907" w:bottom="709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4CB63" w14:textId="77777777" w:rsidR="00D34C69" w:rsidRDefault="00D34C69">
      <w:pPr>
        <w:spacing w:after="0" w:line="240" w:lineRule="auto"/>
      </w:pPr>
      <w:r>
        <w:separator/>
      </w:r>
    </w:p>
  </w:endnote>
  <w:endnote w:type="continuationSeparator" w:id="0">
    <w:p w14:paraId="5A8A281D" w14:textId="77777777" w:rsidR="00D34C69" w:rsidRDefault="00D3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74FB" w14:textId="77777777" w:rsidR="00A84105" w:rsidRDefault="00000000">
    <w:pPr>
      <w:pStyle w:val="Stopka"/>
      <w:jc w:val="center"/>
    </w:pPr>
    <w:proofErr w:type="spellStart"/>
    <w:r>
      <w:rPr>
        <w:sz w:val="16"/>
      </w:rPr>
      <w:t>Koziegłowski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Uniwersytet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Trzeciego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Wieku</w:t>
    </w:r>
    <w:proofErr w:type="spellEnd"/>
    <w:r>
      <w:rPr>
        <w:sz w:val="16"/>
      </w:rPr>
      <w:t xml:space="preserve"> • „</w:t>
    </w:r>
    <w:proofErr w:type="spellStart"/>
    <w:r>
      <w:rPr>
        <w:sz w:val="16"/>
      </w:rPr>
      <w:t>Koziegłowskie</w:t>
    </w:r>
    <w:proofErr w:type="spellEnd"/>
    <w:r>
      <w:rPr>
        <w:sz w:val="16"/>
      </w:rPr>
      <w:t xml:space="preserve"> ASY – Senior Camp 60+”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0464B" w14:textId="77777777" w:rsidR="00D34C69" w:rsidRDefault="00D34C69">
      <w:pPr>
        <w:spacing w:after="0" w:line="240" w:lineRule="auto"/>
      </w:pPr>
      <w:r>
        <w:separator/>
      </w:r>
    </w:p>
  </w:footnote>
  <w:footnote w:type="continuationSeparator" w:id="0">
    <w:p w14:paraId="0875D20C" w14:textId="77777777" w:rsidR="00D34C69" w:rsidRDefault="00D34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829634">
    <w:abstractNumId w:val="8"/>
  </w:num>
  <w:num w:numId="2" w16cid:durableId="1098795931">
    <w:abstractNumId w:val="6"/>
  </w:num>
  <w:num w:numId="3" w16cid:durableId="923537090">
    <w:abstractNumId w:val="5"/>
  </w:num>
  <w:num w:numId="4" w16cid:durableId="977414710">
    <w:abstractNumId w:val="4"/>
  </w:num>
  <w:num w:numId="5" w16cid:durableId="2072919620">
    <w:abstractNumId w:val="7"/>
  </w:num>
  <w:num w:numId="6" w16cid:durableId="1848590053">
    <w:abstractNumId w:val="3"/>
  </w:num>
  <w:num w:numId="7" w16cid:durableId="1161002327">
    <w:abstractNumId w:val="2"/>
  </w:num>
  <w:num w:numId="8" w16cid:durableId="1074012115">
    <w:abstractNumId w:val="1"/>
  </w:num>
  <w:num w:numId="9" w16cid:durableId="80520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29E3"/>
    <w:rsid w:val="0045690D"/>
    <w:rsid w:val="00900849"/>
    <w:rsid w:val="00A122EF"/>
    <w:rsid w:val="00A84105"/>
    <w:rsid w:val="00AA1D8D"/>
    <w:rsid w:val="00B47730"/>
    <w:rsid w:val="00CB0664"/>
    <w:rsid w:val="00D34C69"/>
    <w:rsid w:val="00F261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A1F3C"/>
  <w14:defaultImageDpi w14:val="300"/>
  <w15:docId w15:val="{6AD8C5BE-8011-4174-84CB-89E184CD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Bożena Kolasa</cp:lastModifiedBy>
  <cp:revision>2</cp:revision>
  <cp:lastPrinted>2026-08-21T07:19:00Z</cp:lastPrinted>
  <dcterms:created xsi:type="dcterms:W3CDTF">2026-08-21T08:42:00Z</dcterms:created>
  <dcterms:modified xsi:type="dcterms:W3CDTF">2026-08-21T08:42:00Z</dcterms:modified>
  <cp:category/>
</cp:coreProperties>
</file>