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37AE4" w14:textId="77777777" w:rsidR="00287CDD" w:rsidRDefault="00000000">
      <w:pPr>
        <w:jc w:val="center"/>
      </w:pPr>
      <w:r>
        <w:rPr>
          <w:noProof/>
        </w:rPr>
        <w:drawing>
          <wp:inline distT="0" distB="0" distL="0" distR="0" wp14:anchorId="02DEA368" wp14:editId="322F6C54">
            <wp:extent cx="1872000" cy="5731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57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E4656" w14:textId="56811328" w:rsidR="00287CDD" w:rsidRDefault="00000000">
      <w:pPr>
        <w:spacing w:after="100"/>
        <w:jc w:val="center"/>
      </w:pPr>
      <w:r>
        <w:rPr>
          <w:b/>
          <w:sz w:val="18"/>
        </w:rPr>
        <w:t xml:space="preserve">Zadanie publiczne dofinansowano ze środków </w:t>
      </w:r>
      <w:r w:rsidR="00C65C76">
        <w:rPr>
          <w:b/>
          <w:sz w:val="18"/>
        </w:rPr>
        <w:t>RZĄDOWEGO PROGRAMU WIELOLETNIEGO NA RZECZ OSÓB STARSZYCH „AKTYWNI SENIORZY - ASY”, NA LATA 2026-2030, PRIORYTET IV, EDYCJA 2026</w:t>
      </w:r>
    </w:p>
    <w:p w14:paraId="605D0BFC" w14:textId="77777777" w:rsidR="00287CDD" w:rsidRDefault="00000000">
      <w:pPr>
        <w:pStyle w:val="Tytu"/>
        <w:jc w:val="center"/>
      </w:pPr>
      <w:r>
        <w:t>RUSZA REKRUTACJA SENIORÓW!</w:t>
      </w:r>
    </w:p>
    <w:p w14:paraId="6CA1ABF8" w14:textId="77777777" w:rsidR="00287CDD" w:rsidRDefault="00000000">
      <w:pPr>
        <w:jc w:val="center"/>
      </w:pPr>
      <w:r>
        <w:rPr>
          <w:b/>
          <w:sz w:val="32"/>
        </w:rPr>
        <w:t>„KOZIEGŁOWSKIE ASY – SENIOR CAMP 60+”</w:t>
      </w:r>
    </w:p>
    <w:p w14:paraId="114F38BD" w14:textId="77777777" w:rsidR="00287CDD" w:rsidRDefault="00000000">
      <w:pPr>
        <w:jc w:val="center"/>
      </w:pPr>
      <w:r>
        <w:rPr>
          <w:b/>
        </w:rPr>
        <w:t>17 sierpnia – 30 listopada 2026 r.</w:t>
      </w:r>
    </w:p>
    <w:p w14:paraId="27407704" w14:textId="77777777" w:rsidR="00287CDD" w:rsidRDefault="00000000">
      <w:r>
        <w:rPr>
          <w:b/>
        </w:rPr>
        <w:t xml:space="preserve">Koziegłowski Uniwersytet Trzeciego Wieku </w:t>
      </w:r>
      <w:r>
        <w:t>zaprasza 40 osób w wieku 60+, nieaktywnych zawodowo, do udziału w bezpłatnym projekcie pełnym aktywności, nowych doświadczeń, spotkań i dobrej energii.</w:t>
      </w:r>
    </w:p>
    <w:p w14:paraId="6F228B73" w14:textId="77777777" w:rsidR="00287CDD" w:rsidRDefault="00000000">
      <w:pPr>
        <w:pStyle w:val="Nagwek2"/>
      </w:pPr>
      <w:r>
        <w:t>W programie m.in.:</w:t>
      </w:r>
    </w:p>
    <w:p w14:paraId="449EC3DD" w14:textId="59F55154" w:rsidR="00C65C76" w:rsidRDefault="00000000" w:rsidP="00C65C76">
      <w:pPr>
        <w:pStyle w:val="Listapunktowana"/>
      </w:pPr>
      <w:r>
        <w:t>Półkolonie dla Seniora – 1–5 września 2026 r.: wspólna kawa, zajęcia, kino, język angielski, integracja</w:t>
      </w:r>
      <w:r w:rsidR="00C65C76">
        <w:t>.</w:t>
      </w:r>
    </w:p>
    <w:p w14:paraId="76E58572" w14:textId="4220A62E" w:rsidR="001144EF" w:rsidRDefault="001144EF" w:rsidP="001144EF">
      <w:pPr>
        <w:pStyle w:val="Listapunktowana"/>
        <w:numPr>
          <w:ilvl w:val="0"/>
          <w:numId w:val="0"/>
        </w:numPr>
        <w:ind w:left="360"/>
      </w:pPr>
      <w:r>
        <w:t>Od 07.08 – 30.11:</w:t>
      </w:r>
    </w:p>
    <w:p w14:paraId="65CB6DAD" w14:textId="77777777" w:rsidR="00287CDD" w:rsidRDefault="00000000">
      <w:pPr>
        <w:pStyle w:val="Listapunktowana"/>
      </w:pPr>
      <w:r>
        <w:t>Sportowe Laboratorium Długowieczności – trening ciała i umysłu.</w:t>
      </w:r>
    </w:p>
    <w:p w14:paraId="483B6CA6" w14:textId="77777777" w:rsidR="00287CDD" w:rsidRDefault="00000000">
      <w:pPr>
        <w:pStyle w:val="Listapunktowana"/>
      </w:pPr>
      <w:r>
        <w:t>Neurobik – aerobik dla mózgu – ćwiczenia pamięci, koncentracji i sprawności poznawczej.</w:t>
      </w:r>
    </w:p>
    <w:p w14:paraId="2AC3FE3D" w14:textId="77777777" w:rsidR="00287CDD" w:rsidRDefault="00000000">
      <w:pPr>
        <w:pStyle w:val="Listapunktowana"/>
      </w:pPr>
      <w:r>
        <w:t>CyberStrażnik Senior – bezpieczny smartfon, Internet, mObywatel i ochrona przed oszustwami.</w:t>
      </w:r>
    </w:p>
    <w:p w14:paraId="3BFD2D26" w14:textId="77777777" w:rsidR="00287CDD" w:rsidRDefault="00000000">
      <w:pPr>
        <w:pStyle w:val="Listapunktowana"/>
      </w:pPr>
      <w:r>
        <w:t>Międzypokoleniowe warsztaty teatralno-muzyczne „Zanim przyjdzie Mikołaj…”.</w:t>
      </w:r>
    </w:p>
    <w:p w14:paraId="7AB9CD1D" w14:textId="77777777" w:rsidR="00287CDD" w:rsidRDefault="00000000">
      <w:pPr>
        <w:pStyle w:val="Listapunktowana"/>
      </w:pPr>
      <w:r>
        <w:t>Twórcze i integracyjne spotkania oraz wspólne przygotowanie finałowego przedstawienia.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287CDD" w14:paraId="7D5401C1" w14:textId="77777777">
        <w:trPr>
          <w:jc w:val="center"/>
        </w:trPr>
        <w:tc>
          <w:tcPr>
            <w:tcW w:w="10200" w:type="dxa"/>
            <w:shd w:val="clear" w:color="auto" w:fill="EAF2D8"/>
            <w:vAlign w:val="center"/>
          </w:tcPr>
          <w:p w14:paraId="44FEC839" w14:textId="339231E3" w:rsidR="00287CDD" w:rsidRDefault="00000000">
            <w:pPr>
              <w:jc w:val="center"/>
            </w:pPr>
            <w:r>
              <w:rPr>
                <w:b/>
              </w:rPr>
              <w:t>Udział jest BEZPŁATNY • Liczba miejsc: 40</w:t>
            </w:r>
            <w:r>
              <w:rPr>
                <w:b/>
              </w:rPr>
              <w:br/>
              <w:t>Nie musisz być członkiem Koziegłowskiego UTW.</w:t>
            </w:r>
            <w:r>
              <w:rPr>
                <w:b/>
              </w:rPr>
              <w:br/>
              <w:t xml:space="preserve">Zajęcia odbywać się będą w </w:t>
            </w:r>
            <w:r w:rsidR="00045F87">
              <w:rPr>
                <w:b/>
              </w:rPr>
              <w:t xml:space="preserve"> CUW w </w:t>
            </w:r>
            <w:r>
              <w:rPr>
                <w:b/>
              </w:rPr>
              <w:t>Koziegłowach.</w:t>
            </w:r>
          </w:p>
        </w:tc>
      </w:tr>
    </w:tbl>
    <w:p w14:paraId="1AD43B28" w14:textId="77777777" w:rsidR="00287CDD" w:rsidRDefault="00000000">
      <w:pPr>
        <w:pStyle w:val="Nagwek2"/>
      </w:pPr>
      <w:r>
        <w:t>Kto może się zgłosić?</w:t>
      </w:r>
    </w:p>
    <w:p w14:paraId="5AEE32B0" w14:textId="77777777" w:rsidR="00287CDD" w:rsidRDefault="00000000">
      <w:pPr>
        <w:pStyle w:val="Listapunktowana"/>
      </w:pPr>
      <w:r>
        <w:t>osoba, która ukończyła 60. rok życia,</w:t>
      </w:r>
    </w:p>
    <w:p w14:paraId="7F1B7CE0" w14:textId="77777777" w:rsidR="00287CDD" w:rsidRDefault="00000000">
      <w:pPr>
        <w:pStyle w:val="Listapunktowana"/>
      </w:pPr>
      <w:r>
        <w:t>osoba nieaktywna zawodowo,</w:t>
      </w:r>
    </w:p>
    <w:p w14:paraId="5C928FA4" w14:textId="77777777" w:rsidR="00287CDD" w:rsidRDefault="00000000">
      <w:pPr>
        <w:pStyle w:val="Listapunktowana"/>
      </w:pPr>
      <w:r>
        <w:t>mieszkaniec/mieszkanka województwa śląskiego, w szczególności Gminy i Miasta Koziegłowy,</w:t>
      </w:r>
    </w:p>
    <w:p w14:paraId="7D9D6090" w14:textId="77777777" w:rsidR="00287CDD" w:rsidRDefault="00000000">
      <w:pPr>
        <w:pStyle w:val="Listapunktowana"/>
      </w:pPr>
      <w:r>
        <w:t>osoba mieszkająca na terenie wiejskim lub miejsko-wiejskim,</w:t>
      </w:r>
    </w:p>
    <w:p w14:paraId="198E7A49" w14:textId="77777777" w:rsidR="00287CDD" w:rsidRDefault="00000000">
      <w:pPr>
        <w:pStyle w:val="Listapunktowana"/>
      </w:pPr>
      <w:r>
        <w:t>osoba, która złoży komplet dokumentów rekrutacyjnych.</w:t>
      </w:r>
    </w:p>
    <w:p w14:paraId="09F613AC" w14:textId="77777777" w:rsidR="00287CDD" w:rsidRDefault="00000000">
      <w:pPr>
        <w:jc w:val="center"/>
      </w:pPr>
      <w:r>
        <w:rPr>
          <w:b/>
          <w:sz w:val="26"/>
        </w:rPr>
        <w:t>Nie siedź w domu – zostań jednym z Koziegłowskich ASÓW!</w:t>
      </w:r>
    </w:p>
    <w:p w14:paraId="405D5619" w14:textId="584DAF25" w:rsidR="00287CDD" w:rsidRDefault="00000000">
      <w:r>
        <w:t xml:space="preserve">Miejsce i termin składania zgłoszeń: </w:t>
      </w:r>
      <w:r w:rsidR="00083BC8">
        <w:t xml:space="preserve">Centrum Usług Wspólnych Koziegłowy, ul. 3 Maja 33, tel. </w:t>
      </w:r>
      <w:r w:rsidR="004C1AF0">
        <w:t xml:space="preserve">519728194, </w:t>
      </w:r>
      <w:r w:rsidR="00083BC8">
        <w:t xml:space="preserve">516169125, </w:t>
      </w:r>
    </w:p>
    <w:p w14:paraId="12A64834" w14:textId="5D6552A1" w:rsidR="00083BC8" w:rsidRPr="005C35A0" w:rsidRDefault="00083BC8">
      <w:pPr>
        <w:rPr>
          <w:b/>
          <w:bCs/>
          <w:sz w:val="24"/>
          <w:szCs w:val="24"/>
        </w:rPr>
      </w:pPr>
      <w:r w:rsidRPr="005C35A0">
        <w:rPr>
          <w:b/>
          <w:bCs/>
          <w:sz w:val="24"/>
          <w:szCs w:val="24"/>
        </w:rPr>
        <w:t>25.08.2026r. od godz</w:t>
      </w:r>
      <w:r w:rsidR="00BB33AD" w:rsidRPr="005C35A0">
        <w:rPr>
          <w:b/>
          <w:bCs/>
          <w:sz w:val="24"/>
          <w:szCs w:val="24"/>
        </w:rPr>
        <w:t>.</w:t>
      </w:r>
      <w:r w:rsidRPr="005C35A0">
        <w:rPr>
          <w:b/>
          <w:bCs/>
          <w:sz w:val="24"/>
          <w:szCs w:val="24"/>
        </w:rPr>
        <w:t xml:space="preserve"> 1</w:t>
      </w:r>
      <w:r w:rsidR="00106C9E">
        <w:rPr>
          <w:b/>
          <w:bCs/>
          <w:sz w:val="24"/>
          <w:szCs w:val="24"/>
        </w:rPr>
        <w:t>4</w:t>
      </w:r>
      <w:r w:rsidRPr="005C35A0">
        <w:rPr>
          <w:b/>
          <w:bCs/>
          <w:sz w:val="24"/>
          <w:szCs w:val="24"/>
        </w:rPr>
        <w:t>.00</w:t>
      </w:r>
      <w:r w:rsidR="00BB33AD" w:rsidRPr="005C35A0">
        <w:rPr>
          <w:b/>
          <w:bCs/>
          <w:sz w:val="24"/>
          <w:szCs w:val="24"/>
        </w:rPr>
        <w:t xml:space="preserve"> do 17.00</w:t>
      </w:r>
    </w:p>
    <w:p w14:paraId="57BCC1CA" w14:textId="77777777" w:rsidR="00287CDD" w:rsidRDefault="00000000">
      <w:r>
        <w:t>Kontakt: Koziegłowski Uniwersytet Trzeciego Wieku, e-mail: kutw1@tlen.pl</w:t>
      </w:r>
    </w:p>
    <w:p w14:paraId="7F6351DF" w14:textId="77777777" w:rsidR="00287CDD" w:rsidRDefault="00000000">
      <w:r>
        <w:br w:type="page"/>
      </w:r>
    </w:p>
    <w:p w14:paraId="2048E302" w14:textId="77777777" w:rsidR="00287CDD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05B980D" wp14:editId="34E50AC8">
            <wp:extent cx="1872000" cy="57318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57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9751B" w14:textId="75296B73" w:rsidR="00287CDD" w:rsidRPr="00C65C76" w:rsidRDefault="00000000">
      <w:pPr>
        <w:spacing w:after="100"/>
        <w:jc w:val="center"/>
        <w:rPr>
          <w:sz w:val="18"/>
          <w:szCs w:val="18"/>
        </w:rPr>
      </w:pPr>
      <w:r>
        <w:rPr>
          <w:b/>
          <w:sz w:val="18"/>
        </w:rPr>
        <w:t xml:space="preserve">Zadanie publiczne dofinansowano ze środków </w:t>
      </w:r>
      <w:r w:rsidR="00C65C76" w:rsidRPr="00C65C76">
        <w:rPr>
          <w:b/>
          <w:sz w:val="18"/>
          <w:szCs w:val="18"/>
        </w:rPr>
        <w:t>RZĄDOWEGO PROGRAMU WIELOLETNIEGO NA RZECZ OSÓB STARSZYCH „AKTYWNI SENIORZY - ASY”, NA LATA 2026-2030, PRIORYTET IV, EDYCJA 2026</w:t>
      </w:r>
    </w:p>
    <w:p w14:paraId="624E5B2F" w14:textId="77777777" w:rsidR="00287CDD" w:rsidRDefault="00000000">
      <w:pPr>
        <w:pStyle w:val="Tytu"/>
        <w:jc w:val="center"/>
      </w:pPr>
      <w:r>
        <w:t>FORMULARZ ZGŁOSZENIOWY UCZESTNIKA</w:t>
      </w:r>
    </w:p>
    <w:p w14:paraId="730CF3C3" w14:textId="77777777" w:rsidR="00287CDD" w:rsidRDefault="00000000">
      <w:pPr>
        <w:jc w:val="center"/>
      </w:pPr>
      <w:r>
        <w:rPr>
          <w:b/>
        </w:rPr>
        <w:t>Projekt „Koziegłowskie ASY – Senior Camp 60+”</w:t>
      </w:r>
    </w:p>
    <w:p w14:paraId="52F069F0" w14:textId="77777777" w:rsidR="00287CDD" w:rsidRDefault="00000000" w:rsidP="00C65C76">
      <w:pPr>
        <w:pStyle w:val="Nagwek1"/>
        <w:spacing w:before="0" w:line="240" w:lineRule="auto"/>
      </w:pPr>
      <w:r>
        <w:t>I. DANE KANDYDATA</w:t>
      </w:r>
    </w:p>
    <w:p w14:paraId="6C1CFDD1" w14:textId="77777777" w:rsidR="00287CDD" w:rsidRDefault="00000000" w:rsidP="00C65C76">
      <w:pPr>
        <w:spacing w:line="240" w:lineRule="auto"/>
      </w:pPr>
      <w:r>
        <w:rPr>
          <w:b/>
        </w:rPr>
        <w:t>1. Imię i nazwisko:</w:t>
      </w:r>
      <w:r>
        <w:br/>
        <w:t>.........................................................................................................</w:t>
      </w:r>
    </w:p>
    <w:p w14:paraId="2F422EC4" w14:textId="77777777" w:rsidR="00287CDD" w:rsidRDefault="00000000" w:rsidP="00C65C76">
      <w:pPr>
        <w:spacing w:line="240" w:lineRule="auto"/>
      </w:pPr>
      <w:r>
        <w:rPr>
          <w:b/>
        </w:rPr>
        <w:t>2. Data urodzenia:</w:t>
      </w:r>
      <w:r>
        <w:br/>
        <w:t>.........................................................................................................</w:t>
      </w:r>
    </w:p>
    <w:p w14:paraId="1908E827" w14:textId="77777777" w:rsidR="00287CDD" w:rsidRDefault="00000000" w:rsidP="00C65C76">
      <w:pPr>
        <w:spacing w:line="240" w:lineRule="auto"/>
      </w:pPr>
      <w:r>
        <w:rPr>
          <w:b/>
        </w:rPr>
        <w:t>3. Adres zamieszkania:</w:t>
      </w:r>
      <w:r>
        <w:br/>
        <w:t>.........................................................................................................</w:t>
      </w:r>
    </w:p>
    <w:p w14:paraId="05BED692" w14:textId="77777777" w:rsidR="00287CDD" w:rsidRDefault="00000000" w:rsidP="00C65C76">
      <w:pPr>
        <w:spacing w:line="240" w:lineRule="auto"/>
      </w:pPr>
      <w:r>
        <w:rPr>
          <w:b/>
        </w:rPr>
        <w:t>4. Gmina:</w:t>
      </w:r>
      <w:r>
        <w:br/>
        <w:t>.........................................................................................................</w:t>
      </w:r>
    </w:p>
    <w:p w14:paraId="053A4D93" w14:textId="77777777" w:rsidR="00287CDD" w:rsidRDefault="00000000" w:rsidP="00C65C76">
      <w:pPr>
        <w:spacing w:line="240" w:lineRule="auto"/>
      </w:pPr>
      <w:r>
        <w:rPr>
          <w:b/>
        </w:rPr>
        <w:t>5. Numer telefonu:</w:t>
      </w:r>
      <w:r>
        <w:br/>
        <w:t>.........................................................................................................</w:t>
      </w:r>
    </w:p>
    <w:p w14:paraId="28BEAC2A" w14:textId="77777777" w:rsidR="00287CDD" w:rsidRDefault="00000000" w:rsidP="00C65C76">
      <w:pPr>
        <w:spacing w:line="240" w:lineRule="auto"/>
      </w:pPr>
      <w:r>
        <w:rPr>
          <w:b/>
        </w:rPr>
        <w:t>6. Adres e-mail (jeżeli posiada):</w:t>
      </w:r>
      <w:r>
        <w:br/>
        <w:t>.........................................................................................................</w:t>
      </w:r>
    </w:p>
    <w:p w14:paraId="35DF7DBB" w14:textId="77777777" w:rsidR="00287CDD" w:rsidRDefault="00000000" w:rsidP="00C65C76">
      <w:pPr>
        <w:pStyle w:val="Nagwek1"/>
        <w:spacing w:before="0" w:line="240" w:lineRule="auto"/>
      </w:pPr>
      <w:r>
        <w:t>II. KRYTERIA UDZIAŁU</w:t>
      </w:r>
    </w:p>
    <w:p w14:paraId="59E74ACB" w14:textId="77777777" w:rsidR="00287CDD" w:rsidRDefault="00000000" w:rsidP="00C65C76">
      <w:pPr>
        <w:spacing w:line="240" w:lineRule="auto"/>
      </w:pPr>
      <w:r>
        <w:t>☐ Mam ukończone 60 lat.</w:t>
      </w:r>
    </w:p>
    <w:p w14:paraId="192D421D" w14:textId="77777777" w:rsidR="00287CDD" w:rsidRDefault="00000000" w:rsidP="00C65C76">
      <w:pPr>
        <w:spacing w:line="240" w:lineRule="auto"/>
      </w:pPr>
      <w:r>
        <w:t>☐ Jestem osobą nieaktywną zawodowo.</w:t>
      </w:r>
    </w:p>
    <w:p w14:paraId="784E0961" w14:textId="77777777" w:rsidR="00287CDD" w:rsidRDefault="00000000" w:rsidP="00C65C76">
      <w:pPr>
        <w:spacing w:line="240" w:lineRule="auto"/>
      </w:pPr>
      <w:r>
        <w:t>☐ Zamieszkuję na terenie województwa śląskiego.</w:t>
      </w:r>
    </w:p>
    <w:p w14:paraId="64CACCF1" w14:textId="77777777" w:rsidR="00287CDD" w:rsidRDefault="00000000" w:rsidP="00C65C76">
      <w:pPr>
        <w:spacing w:line="240" w:lineRule="auto"/>
      </w:pPr>
      <w:r>
        <w:t>☐ Zamieszkuję na terenie gminy wiejskiej lub miejsko-wiejskiej.</w:t>
      </w:r>
    </w:p>
    <w:p w14:paraId="53251962" w14:textId="77777777" w:rsidR="00287CDD" w:rsidRDefault="00000000" w:rsidP="00C65C76">
      <w:pPr>
        <w:spacing w:line="240" w:lineRule="auto"/>
      </w:pPr>
      <w:r>
        <w:t>☐ Jestem mieszkańcem/mieszkanką Gminy i Miasta Koziegłowy.</w:t>
      </w:r>
    </w:p>
    <w:p w14:paraId="514BAAA7" w14:textId="77777777" w:rsidR="00287CDD" w:rsidRDefault="00000000" w:rsidP="00C65C76">
      <w:pPr>
        <w:spacing w:line="240" w:lineRule="auto"/>
      </w:pPr>
      <w:r>
        <w:t>☐ Jestem osobą zagrożoną samotnością, wykluczeniem społecznym lub cyfrowym.</w:t>
      </w:r>
    </w:p>
    <w:p w14:paraId="5EDEB1A4" w14:textId="77777777" w:rsidR="00287CDD" w:rsidRDefault="00000000" w:rsidP="00C65C76">
      <w:pPr>
        <w:spacing w:line="240" w:lineRule="auto"/>
      </w:pPr>
      <w:r>
        <w:t>☐ Nie mam przeciwwskazań zdrowotnych do udziału w zajęciach ruchowych realizowanych w ramach projektu.</w:t>
      </w:r>
    </w:p>
    <w:p w14:paraId="2051CCC7" w14:textId="77777777" w:rsidR="00287CDD" w:rsidRDefault="00000000" w:rsidP="00C65C76">
      <w:pPr>
        <w:pStyle w:val="Nagwek1"/>
        <w:spacing w:before="0" w:line="240" w:lineRule="auto"/>
      </w:pPr>
      <w:r>
        <w:t>III. DEKLARACJA</w:t>
      </w:r>
    </w:p>
    <w:p w14:paraId="7D29ACDB" w14:textId="32A720B5" w:rsidR="00287CDD" w:rsidRDefault="00000000" w:rsidP="00C65C76">
      <w:pPr>
        <w:spacing w:line="240" w:lineRule="auto"/>
      </w:pPr>
      <w:r>
        <w:t>Deklaruję chęć udziału w projekcie „Koziegłowskie ASY – Senior Camp 60+” oraz</w:t>
      </w:r>
      <w:r w:rsidR="00045F87">
        <w:t xml:space="preserve"> </w:t>
      </w:r>
      <w:r>
        <w:t>regularne uczestnictwo</w:t>
      </w:r>
      <w:r w:rsidR="008E2669">
        <w:br/>
      </w:r>
      <w:r>
        <w:t xml:space="preserve"> w zaplanowanych działaniach.</w:t>
      </w:r>
    </w:p>
    <w:p w14:paraId="42D94119" w14:textId="77777777" w:rsidR="00287CDD" w:rsidRDefault="00000000" w:rsidP="00C65C76">
      <w:pPr>
        <w:spacing w:line="240" w:lineRule="auto"/>
      </w:pPr>
      <w:r>
        <w:t>Przyjmuję do wiadomości, że liczba miejsc jest ograniczona do 40 osób, a złożenie formularza nie jest równoznaczne z zakwalifikowaniem do projektu. W przypadku większej liczby zgłoszeń może zostać utworzona lista rezerwowa.</w:t>
      </w:r>
    </w:p>
    <w:p w14:paraId="47E26A33" w14:textId="2CE181A4" w:rsidR="00287CDD" w:rsidRDefault="00000000" w:rsidP="00C65C76">
      <w:pPr>
        <w:spacing w:line="240" w:lineRule="auto"/>
      </w:pPr>
      <w:r>
        <w:br/>
        <w:t>Koziegłowy, dnia ........................................ 2026 r.          Czytelny podpis: ........................................................</w:t>
      </w:r>
      <w:r>
        <w:br w:type="page"/>
      </w:r>
    </w:p>
    <w:p w14:paraId="5410F9EC" w14:textId="77777777" w:rsidR="00287CDD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51DB6F40" wp14:editId="6A47C6DC">
            <wp:extent cx="1872000" cy="57318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57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0B2F2" w14:textId="50E91AEF" w:rsidR="00287CDD" w:rsidRDefault="00000000">
      <w:pPr>
        <w:spacing w:after="100"/>
        <w:jc w:val="center"/>
      </w:pPr>
      <w:r>
        <w:rPr>
          <w:b/>
          <w:sz w:val="18"/>
        </w:rPr>
        <w:t xml:space="preserve">Zadanie publiczne dofinansowano ze środków </w:t>
      </w:r>
      <w:r w:rsidR="00C65C76">
        <w:rPr>
          <w:b/>
          <w:sz w:val="18"/>
        </w:rPr>
        <w:t>RZĄDOWEGO PROGRAMU WIELOLETNIEGO NA RZECZ OSÓB STARSZYCH „AKTYWNI SENIORZY - ASY”, NA LATA 2026-2030, PRIORYTET IV, EDYCJA 2026</w:t>
      </w:r>
    </w:p>
    <w:p w14:paraId="74EDAA14" w14:textId="77777777" w:rsidR="00287CDD" w:rsidRDefault="00000000">
      <w:pPr>
        <w:pStyle w:val="Tytu"/>
        <w:jc w:val="center"/>
      </w:pPr>
      <w:r>
        <w:t>OŚWIADCZENIE UCZESTNIKA PROJEKTU</w:t>
      </w:r>
    </w:p>
    <w:p w14:paraId="5CA2BBFF" w14:textId="77777777" w:rsidR="00287CDD" w:rsidRDefault="00000000">
      <w:pPr>
        <w:jc w:val="center"/>
      </w:pPr>
      <w:r>
        <w:rPr>
          <w:b/>
        </w:rPr>
        <w:t>„Koziegłowskie ASY – Senior Camp 60+”</w:t>
      </w:r>
    </w:p>
    <w:p w14:paraId="6A1313DB" w14:textId="77777777" w:rsidR="00287CDD" w:rsidRDefault="00000000">
      <w:r>
        <w:t>Ja, niżej podpisany/a:</w:t>
      </w:r>
    </w:p>
    <w:p w14:paraId="78ED99D0" w14:textId="77777777" w:rsidR="00287CDD" w:rsidRDefault="00000000">
      <w:r>
        <w:t>Imię i nazwisko: ........................................................................................................................................</w:t>
      </w:r>
    </w:p>
    <w:p w14:paraId="4E32B7EC" w14:textId="77777777" w:rsidR="00287CDD" w:rsidRDefault="00000000">
      <w:r>
        <w:t>Data urodzenia: ..........................................................................................................................................</w:t>
      </w:r>
    </w:p>
    <w:p w14:paraId="0AC6C037" w14:textId="77777777" w:rsidR="00287CDD" w:rsidRDefault="00000000">
      <w:r>
        <w:t>Adres zamieszkania: ....................................................................................................................................</w:t>
      </w:r>
    </w:p>
    <w:p w14:paraId="05C8AB8A" w14:textId="77777777" w:rsidR="00287CDD" w:rsidRDefault="00000000">
      <w:r>
        <w:t>....................................................................................................................................................................</w:t>
      </w:r>
    </w:p>
    <w:p w14:paraId="7E699164" w14:textId="77777777" w:rsidR="00287CDD" w:rsidRDefault="00000000">
      <w:pPr>
        <w:pStyle w:val="Nagwek2"/>
      </w:pPr>
      <w:r>
        <w:t>Oświadczam, że:</w:t>
      </w:r>
    </w:p>
    <w:p w14:paraId="32FB9560" w14:textId="77777777" w:rsidR="00287CDD" w:rsidRDefault="00000000">
      <w:r>
        <w:t>☐ ukończyłem/am 60. rok życia;</w:t>
      </w:r>
    </w:p>
    <w:p w14:paraId="789E5B03" w14:textId="77777777" w:rsidR="00287CDD" w:rsidRDefault="00000000">
      <w:r>
        <w:t>☐ jestem osobą nieaktywną zawodowo;</w:t>
      </w:r>
    </w:p>
    <w:p w14:paraId="6E168BCE" w14:textId="77777777" w:rsidR="00287CDD" w:rsidRDefault="00000000">
      <w:r>
        <w:t>☐ jestem mieszkańcem/mieszkanką województwa śląskiego;</w:t>
      </w:r>
    </w:p>
    <w:p w14:paraId="71FE58A4" w14:textId="77777777" w:rsidR="00287CDD" w:rsidRDefault="00000000">
      <w:r>
        <w:t>☐ zamieszkuję na terenie gminy wiejskiej lub miejsko-wiejskiej;</w:t>
      </w:r>
    </w:p>
    <w:p w14:paraId="459B80B1" w14:textId="77777777" w:rsidR="00287CDD" w:rsidRDefault="00000000">
      <w:r>
        <w:t>☐ nie mam przeciwwskazań zdrowotnych do udziału w zajęciach ruchowych i rekreacyjnych przewidzianych w projekcie;</w:t>
      </w:r>
    </w:p>
    <w:p w14:paraId="79A4DC8A" w14:textId="77777777" w:rsidR="00287CDD" w:rsidRDefault="00000000">
      <w:r>
        <w:t>☐ dane i informacje podane przeze mnie w dokumentach rekrutacyjnych są zgodne ze stanem faktycznym.</w:t>
      </w:r>
    </w:p>
    <w:p w14:paraId="44AD9CF5" w14:textId="77777777" w:rsidR="00287CDD" w:rsidRDefault="00000000">
      <w:r>
        <w:t>Zostałem/am poinformowany/a, że udział w projekcie jest bezpłatny, a złożenie dokumentów rekrutacyjnych nie jest jednoznaczne z zakwalifikowaniem do udziału w projekcie.</w:t>
      </w:r>
    </w:p>
    <w:p w14:paraId="536B4289" w14:textId="77777777" w:rsidR="00287CDD" w:rsidRDefault="00000000">
      <w:r>
        <w:br/>
        <w:t>Miejscowość i data: ........................................................</w:t>
      </w:r>
    </w:p>
    <w:p w14:paraId="54E47250" w14:textId="77777777" w:rsidR="00287CDD" w:rsidRDefault="00000000">
      <w:r>
        <w:br/>
        <w:t>Czytelny podpis uczestnika: ................................................................................................................</w:t>
      </w:r>
    </w:p>
    <w:p w14:paraId="5B023A28" w14:textId="77777777" w:rsidR="00287CDD" w:rsidRDefault="00000000">
      <w:r>
        <w:br w:type="page"/>
      </w:r>
    </w:p>
    <w:p w14:paraId="7F7DFB3A" w14:textId="77777777" w:rsidR="00287CDD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5EA4D33E" wp14:editId="7448CBE2">
            <wp:extent cx="1872000" cy="57318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57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BD316" w14:textId="5B0B263A" w:rsidR="00287CDD" w:rsidRDefault="00000000">
      <w:pPr>
        <w:spacing w:after="100"/>
        <w:jc w:val="center"/>
      </w:pPr>
      <w:r>
        <w:rPr>
          <w:b/>
          <w:sz w:val="18"/>
        </w:rPr>
        <w:t xml:space="preserve">Zadanie publiczne dofinansowano ze środków </w:t>
      </w:r>
      <w:r w:rsidR="004D41E1">
        <w:rPr>
          <w:b/>
          <w:sz w:val="18"/>
        </w:rPr>
        <w:t>RZĄDOWEGO PROGRAMU WIELOLETNIEGO NA RZECZ OSÓB STARSZYCH „AKTYWNI SENIORZY - ASY”, NA LATA 2026-2030, PRIORYTET IV, EDYCJA 2026</w:t>
      </w:r>
    </w:p>
    <w:p w14:paraId="097DC5F1" w14:textId="77777777" w:rsidR="00287CDD" w:rsidRDefault="00000000">
      <w:pPr>
        <w:pStyle w:val="Tytu"/>
        <w:jc w:val="center"/>
      </w:pPr>
      <w:r>
        <w:t>INFORMACJA O PRZETWARZANIU DANYCH OSOBOWYCH</w:t>
      </w:r>
    </w:p>
    <w:p w14:paraId="391F64F3" w14:textId="77777777" w:rsidR="00287CDD" w:rsidRDefault="00000000">
      <w:r>
        <w:t>Administratorem danych osobowych uczestnika jest Koziegłowski Uniwersytet Trzeciego Wieku. Dane będą przetwarzane w zakresie niezbędnym do przeprowadzenia rekrutacji, organizacji udziału w projekcie, dokumentowania realizacji zadania, monitorowania rezultatów, rozliczenia projektu oraz realizacji obowiązków wynikających z umowy o dofinansowanie.</w:t>
      </w:r>
    </w:p>
    <w:p w14:paraId="0470932D" w14:textId="77777777" w:rsidR="00287CDD" w:rsidRDefault="00000000">
      <w:r>
        <w:t>Szczegółowa klauzula informacyjna administratora danych, obejmująca podstawy prawne przetwarzania, okres przechowywania danych, odbiorców danych oraz prawa osoby, której dane dotyczą, powinna zostać przekazana uczestnikowi wraz z dokumentacją rekrutacyjną.</w:t>
      </w:r>
    </w:p>
    <w:p w14:paraId="6DCAD11A" w14:textId="77777777" w:rsidR="00287CDD" w:rsidRDefault="00000000">
      <w:r>
        <w:t>Potwierdzam otrzymanie i zapoznanie się z klauzulą informacyjną dotyczącą przetwarzania moich danych osobowych.</w:t>
      </w:r>
    </w:p>
    <w:p w14:paraId="18C4D5A6" w14:textId="77777777" w:rsidR="00287CDD" w:rsidRDefault="00000000">
      <w:r>
        <w:br/>
        <w:t>Miejscowość i data: ...............................................   Podpis: ........................................................</w:t>
      </w:r>
    </w:p>
    <w:p w14:paraId="5244F6E1" w14:textId="77777777" w:rsidR="00287CDD" w:rsidRDefault="00000000">
      <w:pPr>
        <w:pStyle w:val="Nagwek1"/>
      </w:pPr>
      <w:r>
        <w:t>ZGODA NA WYKORZYSTANIE WIZERUNKU</w:t>
      </w:r>
    </w:p>
    <w:p w14:paraId="3ABFEAB5" w14:textId="77777777" w:rsidR="00287CDD" w:rsidRDefault="00000000">
      <w:r>
        <w:t>Imię i nazwisko: ........................................................................................................................................</w:t>
      </w:r>
    </w:p>
    <w:p w14:paraId="6F9BFAD7" w14:textId="77777777" w:rsidR="00287CDD" w:rsidRDefault="00000000">
      <w:r>
        <w:t>Wyrażam zgodę na nieodpłatne utrwalanie oraz wykorzystywanie mojego wizerunku zarejestrowanego podczas realizacji projektu „Koziegłowskie ASY – Senior Camp 60+” w celach dokumentacyjnych, informacyjnych i promocyjnych związanych z realizacją projektu i działalnością Koziegłowskiego Uniwersytetu Trzeciego Wieku, w szczególności na stronie internetowej, w mediach społecznościowych oraz w materiałach informacyjnych i promocyjnych dotyczących projektu.</w:t>
      </w:r>
    </w:p>
    <w:p w14:paraId="4DF3092F" w14:textId="77777777" w:rsidR="00287CDD" w:rsidRDefault="00000000">
      <w:r>
        <w:t>☐ WYRAŻAM ZGODĘ          ☐ NIE WYRAŻAM ZGODY</w:t>
      </w:r>
    </w:p>
    <w:p w14:paraId="7FB42C4F" w14:textId="77777777" w:rsidR="00287CDD" w:rsidRDefault="00000000">
      <w:r>
        <w:br/>
        <w:t>Miejscowość i data: ...............................................   Podpis: ........................................................</w:t>
      </w:r>
    </w:p>
    <w:p w14:paraId="3E14C38B" w14:textId="77777777" w:rsidR="00287CDD" w:rsidRDefault="00287CDD"/>
    <w:p w14:paraId="3D9E7440" w14:textId="77777777" w:rsidR="00287CDD" w:rsidRDefault="00000000">
      <w:r>
        <w:rPr>
          <w:i/>
          <w:sz w:val="18"/>
        </w:rPr>
        <w:t>Uwaga organizacyjna: przed rozpoczęciem rekrutacji należy dołączyć pełną klauzulę RODO stosowaną przez Koziegłowski Uniwersytet Trzeciego Wieku.</w:t>
      </w:r>
    </w:p>
    <w:sectPr w:rsidR="00287CDD" w:rsidSect="00034616">
      <w:footerReference w:type="default" r:id="rId9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F378B" w14:textId="77777777" w:rsidR="00EF79CC" w:rsidRDefault="00EF79CC">
      <w:pPr>
        <w:spacing w:after="0" w:line="240" w:lineRule="auto"/>
      </w:pPr>
      <w:r>
        <w:separator/>
      </w:r>
    </w:p>
  </w:endnote>
  <w:endnote w:type="continuationSeparator" w:id="0">
    <w:p w14:paraId="56EFC5D4" w14:textId="77777777" w:rsidR="00EF79CC" w:rsidRDefault="00EF7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44FD3" w14:textId="77777777" w:rsidR="00287CDD" w:rsidRDefault="00000000">
    <w:pPr>
      <w:pStyle w:val="Stopka"/>
      <w:jc w:val="center"/>
    </w:pPr>
    <w:r>
      <w:rPr>
        <w:sz w:val="16"/>
      </w:rPr>
      <w:t>Koziegłowski Uniwersytet Trzeciego Wieku • „Koziegłowskie ASY – Senior Camp 60+”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55DA9" w14:textId="77777777" w:rsidR="00EF79CC" w:rsidRDefault="00EF79CC">
      <w:pPr>
        <w:spacing w:after="0" w:line="240" w:lineRule="auto"/>
      </w:pPr>
      <w:r>
        <w:separator/>
      </w:r>
    </w:p>
  </w:footnote>
  <w:footnote w:type="continuationSeparator" w:id="0">
    <w:p w14:paraId="533F974C" w14:textId="77777777" w:rsidR="00EF79CC" w:rsidRDefault="00EF7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9841856">
    <w:abstractNumId w:val="8"/>
  </w:num>
  <w:num w:numId="2" w16cid:durableId="1746338032">
    <w:abstractNumId w:val="6"/>
  </w:num>
  <w:num w:numId="3" w16cid:durableId="372853611">
    <w:abstractNumId w:val="5"/>
  </w:num>
  <w:num w:numId="4" w16cid:durableId="435830097">
    <w:abstractNumId w:val="4"/>
  </w:num>
  <w:num w:numId="5" w16cid:durableId="914554914">
    <w:abstractNumId w:val="7"/>
  </w:num>
  <w:num w:numId="6" w16cid:durableId="1258441648">
    <w:abstractNumId w:val="3"/>
  </w:num>
  <w:num w:numId="7" w16cid:durableId="385758797">
    <w:abstractNumId w:val="2"/>
  </w:num>
  <w:num w:numId="8" w16cid:durableId="1361857607">
    <w:abstractNumId w:val="1"/>
  </w:num>
  <w:num w:numId="9" w16cid:durableId="2100440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F87"/>
    <w:rsid w:val="0006063C"/>
    <w:rsid w:val="00073EDF"/>
    <w:rsid w:val="00083BC8"/>
    <w:rsid w:val="00106C9E"/>
    <w:rsid w:val="001144EF"/>
    <w:rsid w:val="0015074B"/>
    <w:rsid w:val="00287CDD"/>
    <w:rsid w:val="0029639D"/>
    <w:rsid w:val="00326F90"/>
    <w:rsid w:val="004C1AF0"/>
    <w:rsid w:val="004D41E1"/>
    <w:rsid w:val="005C35A0"/>
    <w:rsid w:val="00673326"/>
    <w:rsid w:val="008E2669"/>
    <w:rsid w:val="00AA1D8D"/>
    <w:rsid w:val="00B47730"/>
    <w:rsid w:val="00B63BA4"/>
    <w:rsid w:val="00BB33AD"/>
    <w:rsid w:val="00BC1B5D"/>
    <w:rsid w:val="00C65C76"/>
    <w:rsid w:val="00CB0664"/>
    <w:rsid w:val="00CC2A9E"/>
    <w:rsid w:val="00EF79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9DA704"/>
  <w14:defaultImageDpi w14:val="300"/>
  <w15:docId w15:val="{95E93BC9-D297-478D-99BC-EB5782F06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1064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Bożena Kolasa</cp:lastModifiedBy>
  <cp:revision>12</cp:revision>
  <cp:lastPrinted>2026-08-18T10:27:00Z</cp:lastPrinted>
  <dcterms:created xsi:type="dcterms:W3CDTF">2026-08-18T10:01:00Z</dcterms:created>
  <dcterms:modified xsi:type="dcterms:W3CDTF">2026-08-18T11:54:00Z</dcterms:modified>
  <cp:category/>
</cp:coreProperties>
</file>